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2569" w14:textId="226790E5" w:rsidR="00EE72DA" w:rsidRDefault="00CF64A6">
      <w:pPr>
        <w:jc w:val="center"/>
      </w:pPr>
      <w:bookmarkStart w:id="0" w:name="_Hlk156828113"/>
      <w:bookmarkEnd w:id="0"/>
      <w:r w:rsidRPr="00665E7C">
        <w:rPr>
          <w:rFonts w:eastAsia="Calibri" w:cs="Arial"/>
          <w:szCs w:val="24"/>
          <w:lang w:val="lv-LV" w:eastAsia="lv-LV"/>
        </w:rPr>
        <w:drawing>
          <wp:anchor distT="0" distB="0" distL="114300" distR="114300" simplePos="0" relativeHeight="251658752" behindDoc="0" locked="0" layoutInCell="1" allowOverlap="1" wp14:anchorId="35A4509F" wp14:editId="2FFE3369">
            <wp:simplePos x="0" y="0"/>
            <wp:positionH relativeFrom="margin">
              <wp:posOffset>2533650</wp:posOffset>
            </wp:positionH>
            <wp:positionV relativeFrom="margin">
              <wp:posOffset>0</wp:posOffset>
            </wp:positionV>
            <wp:extent cx="625795" cy="720000"/>
            <wp:effectExtent l="0" t="0" r="3175" b="4445"/>
            <wp:wrapTopAndBottom/>
            <wp:docPr id="4678722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3F586" w14:textId="77777777" w:rsidR="00EE72DA" w:rsidRDefault="00000000">
      <w:pPr>
        <w:jc w:val="center"/>
      </w:pPr>
      <w:r>
        <w:rPr>
          <w:rFonts w:cs="Times New Roman"/>
          <w:b/>
          <w:sz w:val="31"/>
        </w:rPr>
        <w:t>BALVU NOVADA PAŠVALDĪBA</w:t>
      </w:r>
    </w:p>
    <w:p w14:paraId="0E7F015B" w14:textId="77777777" w:rsidR="00EE72DA" w:rsidRDefault="00000000">
      <w:pPr>
        <w:pBdr>
          <w:bottom w:val="single" w:sz="14" w:space="1" w:color="000000"/>
        </w:pBdr>
        <w:jc w:val="center"/>
      </w:pPr>
      <w:r>
        <w:rPr>
          <w:rFonts w:cs="Times New Roman"/>
          <w:b/>
          <w:sz w:val="31"/>
        </w:rPr>
        <w:t>BALVU NOVADA DOME</w:t>
      </w:r>
    </w:p>
    <w:p w14:paraId="3963B449" w14:textId="77777777" w:rsidR="00EE72DA" w:rsidRDefault="00000000">
      <w:pPr>
        <w:spacing w:before="20"/>
        <w:jc w:val="center"/>
      </w:pPr>
      <w:r>
        <w:rPr>
          <w:rFonts w:cs="Times New Roman"/>
          <w:sz w:val="19"/>
        </w:rPr>
        <w:t>Reģ.Nr 90009115622., Bērzpils iela 1A, Balvi, Balvu novads, LV-4501,</w:t>
      </w:r>
    </w:p>
    <w:p w14:paraId="41081F26" w14:textId="77777777" w:rsidR="00EE72DA" w:rsidRDefault="00000000">
      <w:pPr>
        <w:spacing w:after="240"/>
        <w:jc w:val="center"/>
      </w:pPr>
      <w:r>
        <w:rPr>
          <w:rFonts w:cs="Times New Roman"/>
          <w:sz w:val="19"/>
        </w:rPr>
        <w:t>tālrunis +371 64522453, e-pasts: dome@balvi.lv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4371"/>
      </w:tblGrid>
      <w:tr w:rsidR="00EE72DA" w:rsidRPr="00CF64A6" w14:paraId="7E3A9047" w14:textId="77777777" w:rsidTr="00CF64A6">
        <w:trPr>
          <w:jc w:val="right"/>
        </w:trPr>
        <w:tc>
          <w:tcPr>
            <w:tcW w:w="5443" w:type="dxa"/>
          </w:tcPr>
          <w:p w14:paraId="6F9FCB58" w14:textId="77777777" w:rsidR="00EE72DA" w:rsidRPr="00CF64A6" w:rsidRDefault="00EE72DA">
            <w:pPr>
              <w:rPr>
                <w:lang w:val="lv-LV"/>
              </w:rPr>
            </w:pPr>
          </w:p>
        </w:tc>
        <w:tc>
          <w:tcPr>
            <w:tcW w:w="4371" w:type="dxa"/>
          </w:tcPr>
          <w:p w14:paraId="6048E74D" w14:textId="77777777" w:rsidR="00EE72DA" w:rsidRPr="00CF64A6" w:rsidRDefault="00000000" w:rsidP="00CF64A6">
            <w:pPr>
              <w:jc w:val="right"/>
              <w:rPr>
                <w:lang w:val="lv-LV"/>
              </w:rPr>
            </w:pPr>
            <w:r w:rsidRPr="00CF64A6">
              <w:rPr>
                <w:rFonts w:cs="Times New Roman"/>
                <w:b/>
                <w:sz w:val="23"/>
                <w:lang w:val="lv-LV"/>
              </w:rPr>
              <w:t>APSTIPRINĀTI</w:t>
            </w:r>
          </w:p>
          <w:p w14:paraId="67DE6A62" w14:textId="77777777" w:rsidR="00EE72DA" w:rsidRPr="00CF64A6" w:rsidRDefault="00000000" w:rsidP="00CF64A6">
            <w:pPr>
              <w:jc w:val="right"/>
              <w:rPr>
                <w:lang w:val="lv-LV"/>
              </w:rPr>
            </w:pPr>
            <w:r w:rsidRPr="00CF64A6">
              <w:rPr>
                <w:rFonts w:cs="Times New Roman"/>
                <w:sz w:val="23"/>
                <w:lang w:val="lv-LV"/>
              </w:rPr>
              <w:t>ar Balvu novada domes</w:t>
            </w:r>
          </w:p>
          <w:p w14:paraId="5AA423A4" w14:textId="6C1C11E4" w:rsidR="00EE72DA" w:rsidRPr="00CF64A6" w:rsidRDefault="00000000" w:rsidP="00CF64A6">
            <w:pPr>
              <w:jc w:val="right"/>
              <w:rPr>
                <w:lang w:val="lv-LV"/>
              </w:rPr>
            </w:pPr>
            <w:r w:rsidRPr="00CF64A6">
              <w:rPr>
                <w:rFonts w:cs="Times New Roman"/>
                <w:sz w:val="23"/>
                <w:lang w:val="lv-LV"/>
              </w:rPr>
              <w:t xml:space="preserve">2026.gada </w:t>
            </w:r>
            <w:r w:rsidR="00CF64A6" w:rsidRPr="00CF64A6">
              <w:rPr>
                <w:rFonts w:cs="Times New Roman"/>
                <w:sz w:val="23"/>
                <w:lang w:val="lv-LV"/>
              </w:rPr>
              <w:t>17</w:t>
            </w:r>
            <w:r w:rsidRPr="00CF64A6">
              <w:rPr>
                <w:rFonts w:cs="Times New Roman"/>
                <w:sz w:val="23"/>
                <w:lang w:val="lv-LV"/>
              </w:rPr>
              <w:t>.septembra</w:t>
            </w:r>
          </w:p>
          <w:p w14:paraId="65F835F3" w14:textId="77777777" w:rsidR="00EE72DA" w:rsidRPr="00CF64A6" w:rsidRDefault="00000000" w:rsidP="00CF64A6">
            <w:pPr>
              <w:jc w:val="right"/>
              <w:rPr>
                <w:lang w:val="lv-LV"/>
              </w:rPr>
            </w:pPr>
            <w:r w:rsidRPr="00CF64A6">
              <w:rPr>
                <w:rFonts w:cs="Times New Roman"/>
                <w:sz w:val="23"/>
                <w:lang w:val="lv-LV"/>
              </w:rPr>
              <w:t>lēmumu (prot. Nr.___, ___.§)</w:t>
            </w:r>
          </w:p>
        </w:tc>
      </w:tr>
    </w:tbl>
    <w:p w14:paraId="27BDEE4D" w14:textId="77777777" w:rsidR="00EE72DA" w:rsidRPr="00CF64A6" w:rsidRDefault="00EE72DA">
      <w:pPr>
        <w:spacing w:after="140"/>
        <w:rPr>
          <w:lang w:val="lv-LV"/>
        </w:rPr>
      </w:pPr>
    </w:p>
    <w:p w14:paraId="3C6BD936" w14:textId="77777777" w:rsidR="00EE72DA" w:rsidRPr="00CF64A6" w:rsidRDefault="00000000" w:rsidP="00CF64A6">
      <w:pPr>
        <w:jc w:val="center"/>
        <w:rPr>
          <w:lang w:val="lv-LV"/>
        </w:rPr>
      </w:pPr>
      <w:r w:rsidRPr="00CF64A6">
        <w:rPr>
          <w:rFonts w:cs="Times New Roman"/>
          <w:b/>
          <w:sz w:val="27"/>
          <w:lang w:val="lv-LV"/>
        </w:rPr>
        <w:t>SAISTOŠIE NOTEIKUMI</w:t>
      </w:r>
    </w:p>
    <w:p w14:paraId="1078D346" w14:textId="77777777" w:rsidR="00EE72DA" w:rsidRPr="00CF64A6" w:rsidRDefault="00000000" w:rsidP="00CF64A6">
      <w:pPr>
        <w:jc w:val="center"/>
        <w:rPr>
          <w:lang w:val="lv-LV"/>
        </w:rPr>
      </w:pPr>
      <w:r w:rsidRPr="00CF64A6">
        <w:rPr>
          <w:rFonts w:cs="Times New Roman"/>
          <w:lang w:val="lv-LV"/>
        </w:rPr>
        <w:t>Balvos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EE72DA" w:rsidRPr="00CF64A6" w14:paraId="45FD168F" w14:textId="77777777">
        <w:trPr>
          <w:jc w:val="center"/>
        </w:trPr>
        <w:tc>
          <w:tcPr>
            <w:tcW w:w="4932" w:type="dxa"/>
          </w:tcPr>
          <w:p w14:paraId="064DD211" w14:textId="6342724C" w:rsidR="00EE72DA" w:rsidRPr="00CF64A6" w:rsidRDefault="00000000" w:rsidP="00CF64A6">
            <w:pPr>
              <w:rPr>
                <w:lang w:val="lv-LV"/>
              </w:rPr>
            </w:pPr>
            <w:r w:rsidRPr="00CF64A6">
              <w:rPr>
                <w:rFonts w:cs="Times New Roman"/>
                <w:lang w:val="lv-LV"/>
              </w:rPr>
              <w:t xml:space="preserve">2026.gada </w:t>
            </w:r>
            <w:r w:rsidR="00CF64A6" w:rsidRPr="00CF64A6">
              <w:rPr>
                <w:rFonts w:cs="Times New Roman"/>
                <w:lang w:val="lv-LV"/>
              </w:rPr>
              <w:t>17</w:t>
            </w:r>
            <w:r w:rsidRPr="00CF64A6">
              <w:rPr>
                <w:rFonts w:cs="Times New Roman"/>
                <w:lang w:val="lv-LV"/>
              </w:rPr>
              <w:t>.septembrī</w:t>
            </w:r>
          </w:p>
        </w:tc>
        <w:tc>
          <w:tcPr>
            <w:tcW w:w="4932" w:type="dxa"/>
          </w:tcPr>
          <w:p w14:paraId="72807B0A" w14:textId="77777777" w:rsidR="00EE72DA" w:rsidRPr="00CF64A6" w:rsidRDefault="00000000" w:rsidP="00CF64A6">
            <w:pPr>
              <w:jc w:val="right"/>
              <w:rPr>
                <w:lang w:val="lv-LV"/>
              </w:rPr>
            </w:pPr>
            <w:r w:rsidRPr="00CF64A6">
              <w:rPr>
                <w:rFonts w:cs="Times New Roman"/>
                <w:b/>
                <w:lang w:val="lv-LV"/>
              </w:rPr>
              <w:t>Nr.____/2026</w:t>
            </w:r>
          </w:p>
        </w:tc>
      </w:tr>
    </w:tbl>
    <w:p w14:paraId="4DF9AB25" w14:textId="77777777" w:rsidR="00CF64A6" w:rsidRPr="00CF64A6" w:rsidRDefault="00CF64A6" w:rsidP="00CF64A6">
      <w:pPr>
        <w:jc w:val="center"/>
        <w:rPr>
          <w:rFonts w:cs="Times New Roman"/>
          <w:b/>
          <w:lang w:val="lv-LV"/>
        </w:rPr>
      </w:pPr>
    </w:p>
    <w:p w14:paraId="19574365" w14:textId="31C42CDB" w:rsidR="00EE72DA" w:rsidRPr="00CF64A6" w:rsidRDefault="00000000" w:rsidP="00CF64A6">
      <w:pPr>
        <w:jc w:val="center"/>
        <w:rPr>
          <w:lang w:val="lv-LV"/>
        </w:rPr>
      </w:pPr>
      <w:r w:rsidRPr="00CF64A6">
        <w:rPr>
          <w:rFonts w:cs="Times New Roman"/>
          <w:b/>
          <w:lang w:val="lv-LV"/>
        </w:rPr>
        <w:t>PAR BALVU NOVADA DOMES 2022.GADA 27.OKTOBRA SAISTOŠO NOTEIKUMU NR. 36/2022 “PAR BALVU NOVADA PAŠVALDĪBAS AĢENTŪRAS "SAN-TEX" SNIEGTO PAKALPOJUMU CENRĀDI” ATZĪŠANU PAR SPĒKU ZAUDĒJUŠIEM</w:t>
      </w:r>
    </w:p>
    <w:p w14:paraId="4C49F87E" w14:textId="77777777" w:rsidR="00CF64A6" w:rsidRPr="00CF64A6" w:rsidRDefault="00CF64A6" w:rsidP="00CF64A6">
      <w:pPr>
        <w:ind w:left="5102"/>
        <w:jc w:val="right"/>
        <w:rPr>
          <w:rFonts w:cs="Times New Roman"/>
          <w:i/>
          <w:sz w:val="21"/>
          <w:lang w:val="lv-LV"/>
        </w:rPr>
      </w:pPr>
    </w:p>
    <w:p w14:paraId="2B071C5C" w14:textId="77777777" w:rsidR="00DD035A" w:rsidRDefault="00000000" w:rsidP="00CF64A6">
      <w:pPr>
        <w:ind w:left="5102"/>
        <w:jc w:val="right"/>
        <w:rPr>
          <w:rFonts w:cs="Times New Roman"/>
          <w:i/>
          <w:sz w:val="21"/>
          <w:lang w:val="lv-LV"/>
        </w:rPr>
      </w:pPr>
      <w:r w:rsidRPr="00CF64A6">
        <w:rPr>
          <w:rFonts w:cs="Times New Roman"/>
          <w:i/>
          <w:sz w:val="21"/>
          <w:lang w:val="lv-LV"/>
        </w:rPr>
        <w:t xml:space="preserve">Izdoti saskaņā ar </w:t>
      </w:r>
      <w:r w:rsidR="00DD035A" w:rsidRPr="00DD035A">
        <w:rPr>
          <w:rFonts w:cs="Times New Roman"/>
          <w:i/>
          <w:sz w:val="21"/>
          <w:lang w:val="lv-LV"/>
        </w:rPr>
        <w:t xml:space="preserve">Publisko aģentūru likuma </w:t>
      </w:r>
    </w:p>
    <w:p w14:paraId="43C12C31" w14:textId="49ED2DE9" w:rsidR="00EE72DA" w:rsidRPr="00CF64A6" w:rsidRDefault="00DD035A" w:rsidP="00CF64A6">
      <w:pPr>
        <w:ind w:left="5102"/>
        <w:jc w:val="right"/>
        <w:rPr>
          <w:rFonts w:cs="Times New Roman"/>
          <w:i/>
          <w:sz w:val="21"/>
          <w:lang w:val="lv-LV"/>
        </w:rPr>
      </w:pPr>
      <w:r w:rsidRPr="00DD035A">
        <w:rPr>
          <w:rFonts w:cs="Times New Roman"/>
          <w:i/>
          <w:sz w:val="21"/>
          <w:lang w:val="lv-LV"/>
        </w:rPr>
        <w:t>17.panta otro un ceturto daļu</w:t>
      </w:r>
    </w:p>
    <w:p w14:paraId="36ACF34B" w14:textId="77777777" w:rsidR="00CF64A6" w:rsidRDefault="00CF64A6" w:rsidP="00CF64A6">
      <w:pPr>
        <w:ind w:left="5102"/>
        <w:jc w:val="right"/>
      </w:pPr>
    </w:p>
    <w:p w14:paraId="64C93DF9" w14:textId="67B4D3CB" w:rsidR="00EE72DA" w:rsidRPr="00CF64A6" w:rsidRDefault="00000000" w:rsidP="00CF64A6">
      <w:pPr>
        <w:ind w:left="510" w:hanging="340"/>
        <w:jc w:val="both"/>
        <w:rPr>
          <w:lang w:val="lv-LV"/>
        </w:rPr>
      </w:pPr>
      <w:r w:rsidRPr="00CF64A6">
        <w:rPr>
          <w:rFonts w:cs="Times New Roman"/>
          <w:lang w:val="lv-LV"/>
        </w:rPr>
        <w:t>1. Atzīt par spēku zaudējušiem Balvu novada domes 2022.gada 27.oktobra saistošos noteikumus Nr. 36/2022 “Par Balvu novada pašvaldības aģentūras "SAN-TEX" sniegto pakalpojumu cenrādi” (Latvijas Vēstnesis, 2023., Nr.1; 2023., Nr.65; 2024., Nr.70; 2025., Nr.20).</w:t>
      </w:r>
    </w:p>
    <w:p w14:paraId="175B620F" w14:textId="77777777" w:rsidR="00EE72DA" w:rsidRPr="00CF64A6" w:rsidRDefault="00000000" w:rsidP="00CF64A6">
      <w:pPr>
        <w:ind w:left="510" w:hanging="340"/>
        <w:jc w:val="both"/>
        <w:rPr>
          <w:lang w:val="lv-LV"/>
        </w:rPr>
      </w:pPr>
      <w:r w:rsidRPr="00CF64A6">
        <w:rPr>
          <w:rFonts w:cs="Times New Roman"/>
          <w:lang w:val="lv-LV"/>
        </w:rPr>
        <w:t>2.  Noteikumi stājas spēkā 2026.gada 1.oktobrī.</w:t>
      </w:r>
    </w:p>
    <w:p w14:paraId="27CDA2CE" w14:textId="77777777" w:rsidR="00EE72DA" w:rsidRPr="00CF64A6" w:rsidRDefault="00EE72DA" w:rsidP="00CF64A6">
      <w:pPr>
        <w:rPr>
          <w:lang w:val="lv-LV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3628"/>
      </w:tblGrid>
      <w:tr w:rsidR="00EE72DA" w:rsidRPr="00CF64A6" w14:paraId="39AC9F70" w14:textId="77777777">
        <w:trPr>
          <w:jc w:val="center"/>
        </w:trPr>
        <w:tc>
          <w:tcPr>
            <w:tcW w:w="6237" w:type="dxa"/>
          </w:tcPr>
          <w:p w14:paraId="16EB8C02" w14:textId="77777777" w:rsidR="00EE72DA" w:rsidRPr="00CF64A6" w:rsidRDefault="00000000" w:rsidP="00CF64A6">
            <w:pPr>
              <w:rPr>
                <w:lang w:val="lv-LV"/>
              </w:rPr>
            </w:pPr>
            <w:r w:rsidRPr="00CF64A6">
              <w:rPr>
                <w:rFonts w:cs="Times New Roman"/>
                <w:lang w:val="lv-LV"/>
              </w:rPr>
              <w:t>Domes priekšsēdētājs</w:t>
            </w:r>
          </w:p>
        </w:tc>
        <w:tc>
          <w:tcPr>
            <w:tcW w:w="3628" w:type="dxa"/>
          </w:tcPr>
          <w:p w14:paraId="6566F407" w14:textId="77777777" w:rsidR="00EE72DA" w:rsidRPr="00CF64A6" w:rsidRDefault="00000000" w:rsidP="00CF64A6">
            <w:pPr>
              <w:jc w:val="right"/>
              <w:rPr>
                <w:lang w:val="lv-LV"/>
              </w:rPr>
            </w:pPr>
            <w:r w:rsidRPr="00CF64A6">
              <w:rPr>
                <w:rFonts w:cs="Times New Roman"/>
                <w:lang w:val="lv-LV"/>
              </w:rPr>
              <w:t>J.Trupovnieks</w:t>
            </w:r>
          </w:p>
        </w:tc>
      </w:tr>
    </w:tbl>
    <w:p w14:paraId="2E6D5EEF" w14:textId="77777777" w:rsidR="005D2CC7" w:rsidRDefault="005D2CC7" w:rsidP="00CF64A6"/>
    <w:sectPr w:rsidR="005D2CC7" w:rsidSect="00DD035A">
      <w:footerReference w:type="default" r:id="rId9"/>
      <w:pgSz w:w="11906" w:h="16838"/>
      <w:pgMar w:top="510" w:right="1020" w:bottom="1020" w:left="1701" w:header="283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44EB" w14:textId="77777777" w:rsidR="005D2CC7" w:rsidRDefault="005D2CC7">
      <w:r>
        <w:separator/>
      </w:r>
    </w:p>
  </w:endnote>
  <w:endnote w:type="continuationSeparator" w:id="0">
    <w:p w14:paraId="75E4CC22" w14:textId="77777777" w:rsidR="005D2CC7" w:rsidRDefault="005D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0FE3" w14:textId="77777777" w:rsidR="00EE72DA" w:rsidRDefault="00000000">
    <w:pPr>
      <w:pStyle w:val="Footer"/>
      <w:jc w:val="center"/>
    </w:pPr>
    <w:r>
      <w:rPr>
        <w:rFonts w:ascii="Arial" w:eastAsia="Arial" w:hAnsi="Arial" w:cs="Arial"/>
        <w:sz w:val="17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2504" w14:textId="77777777" w:rsidR="005D2CC7" w:rsidRDefault="005D2CC7">
      <w:r>
        <w:separator/>
      </w:r>
    </w:p>
  </w:footnote>
  <w:footnote w:type="continuationSeparator" w:id="0">
    <w:p w14:paraId="20F1F897" w14:textId="77777777" w:rsidR="005D2CC7" w:rsidRDefault="005D2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5361952">
    <w:abstractNumId w:val="8"/>
  </w:num>
  <w:num w:numId="2" w16cid:durableId="517161955">
    <w:abstractNumId w:val="6"/>
  </w:num>
  <w:num w:numId="3" w16cid:durableId="934746904">
    <w:abstractNumId w:val="5"/>
  </w:num>
  <w:num w:numId="4" w16cid:durableId="1271207382">
    <w:abstractNumId w:val="4"/>
  </w:num>
  <w:num w:numId="5" w16cid:durableId="2012025452">
    <w:abstractNumId w:val="7"/>
  </w:num>
  <w:num w:numId="6" w16cid:durableId="908730354">
    <w:abstractNumId w:val="3"/>
  </w:num>
  <w:num w:numId="7" w16cid:durableId="1973628190">
    <w:abstractNumId w:val="2"/>
  </w:num>
  <w:num w:numId="8" w16cid:durableId="700976497">
    <w:abstractNumId w:val="1"/>
  </w:num>
  <w:num w:numId="9" w16cid:durableId="91084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C88"/>
    <w:rsid w:val="0015074B"/>
    <w:rsid w:val="0029639D"/>
    <w:rsid w:val="00326F90"/>
    <w:rsid w:val="005D2CC7"/>
    <w:rsid w:val="0062347A"/>
    <w:rsid w:val="00AA1D8D"/>
    <w:rsid w:val="00B47730"/>
    <w:rsid w:val="00CB0664"/>
    <w:rsid w:val="00CF64A6"/>
    <w:rsid w:val="00DD035A"/>
    <w:rsid w:val="00EE72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BFF9D"/>
  <w14:defaultImageDpi w14:val="300"/>
  <w15:docId w15:val="{568187E8-0254-4EC4-B7F2-F1B6B72A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Juris Annuškāns</cp:lastModifiedBy>
  <cp:revision>4</cp:revision>
  <dcterms:created xsi:type="dcterms:W3CDTF">2026-08-31T13:23:00Z</dcterms:created>
  <dcterms:modified xsi:type="dcterms:W3CDTF">2026-08-31T13:26:00Z</dcterms:modified>
  <cp:category/>
</cp:coreProperties>
</file>